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Modulo di disdetta Enegan</w:t>
      </w:r>
    </w:p>
    <w:p>
      <w:pPr>
        <w:spacing w:after="40"/>
      </w:pPr>
      <w:r>
        <w:rPr>
          <w:i/>
          <w:color w:val="58647A"/>
          <w:sz w:val="19"/>
        </w:rPr>
        <w:t>Come usarlo: sostituisci i campi tra parentesi quadre, firma, allega una copia del documento d'identità e invia con raccomandata A/R a Enegan S.p.A., Via Senegal 41 int. A, 58100 Grosseto (GR).</w:t>
      </w:r>
    </w:p>
    <w:p>
      <w:pPr>
        <w:spacing w:after="40"/>
      </w:pPr>
      <w:r>
        <w:rPr>
          <w:i/>
          <w:color w:val="58647A"/>
          <w:sz w:val="19"/>
        </w:rPr>
        <w:t>Preavviso: Non pubblicato sul sito per luce e gas: vale il contratto. Per cambiare fornitore la pratica la gestisce il nuovo fornitore, senza disdetta. Ripensamento entro 14 giorni dalla firma per i consumatori.</w:t>
      </w:r>
    </w:p>
    <w:p>
      <w:pPr>
        <w:spacing w:after="40"/>
      </w:pPr>
      <w:r>
        <w:rPr>
          <w:i/>
          <w:color w:val="58647A"/>
          <w:sz w:val="19"/>
        </w:rPr>
        <w:t>Dati verificati il 8 novembre 2026 su fonte ufficiale. Le condizioni possono cambiare: in caso di dubbio fa fede il tuo contratto.</w:t>
      </w:r>
    </w:p>
    <w:p>
      <w:pPr>
        <w:spacing w:after="40"/>
      </w:pPr>
      <w:r>
        <w:rPr>
          <w:i/>
          <w:color w:val="58647A"/>
          <w:sz w:val="19"/>
        </w:rPr>
        <w:t>Scheda aggiornata e lettera compilabile online: https://disdettaabbonamento.it/disdetta-enegan/ . Non hai una PEC? Dalla stessa pagina puoi farla inviare a noi.</w:t>
      </w:r>
    </w:p>
    <w:p>
      <w:r>
        <w:t>____________________________________________________________</w:t>
      </w:r>
    </w:p>
    <w:p>
      <w:pPr>
        <w:spacing w:after="160"/>
      </w:pPr>
      <w:r>
        <w:rPr>
          <w:b w:val="0"/>
          <w:highlight w:val="yellow"/>
        </w:rPr>
        <w:t>[Nome e cognome]</w:t>
      </w:r>
      <w:r>
        <w:br/>
      </w:r>
      <w:r>
        <w:rPr>
          <w:b w:val="0"/>
          <w:highlight w:val="yellow"/>
        </w:rPr>
        <w:t>[Indirizzo di residenza]</w:t>
      </w:r>
      <w:r>
        <w:br/>
      </w:r>
      <w:r>
        <w:rPr>
          <w:b w:val="0"/>
        </w:rPr>
        <w:t xml:space="preserve">C.F. </w:t>
      </w:r>
      <w:r>
        <w:rPr>
          <w:b w:val="0"/>
          <w:highlight w:val="yellow"/>
        </w:rPr>
        <w:t>[Codice fiscale]</w:t>
      </w:r>
      <w:r>
        <w:br/>
      </w:r>
      <w:r>
        <w:rPr>
          <w:b w:val="0"/>
          <w:highlight w:val="yellow"/>
        </w:rPr>
        <w:t>[La tua e-mail]</w:t>
      </w:r>
    </w:p>
    <w:p>
      <w:pPr>
        <w:spacing w:after="160"/>
      </w:pPr>
      <w:r>
        <w:rPr>
          <w:b w:val="0"/>
        </w:rPr>
        <w:t>Spett.le Enegan</w:t>
      </w:r>
      <w:r>
        <w:br/>
      </w:r>
      <w:r>
        <w:rPr>
          <w:b w:val="0"/>
        </w:rPr>
        <w:t>Enegan S.p.A., Via Senegal 41 int. A, 58100 Grosseto (GR)</w:t>
      </w:r>
    </w:p>
    <w:p>
      <w:pPr>
        <w:spacing w:after="160"/>
      </w:pPr>
      <w:r>
        <w:rPr>
          <w:b w:val="0"/>
          <w:highlight w:val="yellow"/>
        </w:rPr>
        <w:t>[Luogo]</w:t>
      </w:r>
      <w:r>
        <w:rPr>
          <w:b w:val="0"/>
        </w:rPr>
        <w:t xml:space="preserve">, </w:t>
      </w:r>
      <w:r>
        <w:rPr>
          <w:b w:val="0"/>
          <w:highlight w:val="yellow"/>
        </w:rPr>
        <w:t>[Data]</w:t>
      </w:r>
    </w:p>
    <w:p>
      <w:pPr>
        <w:spacing w:after="160"/>
      </w:pPr>
      <w:r>
        <w:rPr>
          <w:b w:val="0"/>
        </w:rPr>
        <w:t>Raccomandata con avviso di ricevimento</w:t>
      </w:r>
    </w:p>
    <w:p>
      <w:pPr>
        <w:spacing w:after="160"/>
      </w:pPr>
      <w:r>
        <w:rPr>
          <w:b/>
        </w:rPr>
        <w:t xml:space="preserve">OGGETTO: richiesta di cessazione della fornitura - contratto n. </w:t>
      </w:r>
      <w:r>
        <w:rPr>
          <w:b/>
          <w:highlight w:val="yellow"/>
        </w:rPr>
        <w:t>[Codice cliente / numero di contratto]</w:t>
      </w:r>
      <w:r>
        <w:rPr>
          <w:b/>
        </w:rPr>
        <w:t xml:space="preserve"> (codice POD/PDR </w:t>
      </w:r>
      <w:r>
        <w:rPr>
          <w:b/>
          <w:highlight w:val="yellow"/>
        </w:rPr>
        <w:t>[se presente]</w:t>
      </w:r>
      <w:r>
        <w:rPr>
          <w:b/>
        </w:rPr>
        <w:t>)</w:t>
      </w:r>
    </w:p>
    <w:p>
      <w:pPr>
        <w:spacing w:after="160"/>
      </w:pPr>
      <w:r>
        <w:rPr>
          <w:b w:val="0"/>
        </w:rPr>
        <w:t xml:space="preserve">Il/La sottoscritto/a </w:t>
      </w:r>
      <w:r>
        <w:rPr>
          <w:b w:val="0"/>
          <w:highlight w:val="yellow"/>
        </w:rPr>
        <w:t>[Nome e cognome]</w:t>
      </w:r>
      <w:r>
        <w:rPr>
          <w:b w:val="0"/>
        </w:rPr>
        <w:t xml:space="preserve">, codice fiscale </w:t>
      </w:r>
      <w:r>
        <w:rPr>
          <w:b w:val="0"/>
          <w:highlight w:val="yellow"/>
        </w:rPr>
        <w:t>[Codice fiscale]</w:t>
      </w:r>
      <w:r>
        <w:rPr>
          <w:b w:val="0"/>
        </w:rPr>
        <w:t xml:space="preserve">, residente in </w:t>
      </w:r>
      <w:r>
        <w:rPr>
          <w:b w:val="0"/>
          <w:highlight w:val="yellow"/>
        </w:rPr>
        <w:t>[Indirizzo di residenza]</w:t>
      </w:r>
      <w:r>
        <w:rPr>
          <w:b w:val="0"/>
        </w:rPr>
        <w:t xml:space="preserve">, in qualità di intestatario/a del contratto n. </w:t>
      </w:r>
      <w:r>
        <w:rPr>
          <w:b w:val="0"/>
          <w:highlight w:val="yellow"/>
        </w:rPr>
        <w:t>[Codice cliente / numero di contratto]</w:t>
      </w:r>
      <w:r>
        <w:rPr>
          <w:b w:val="0"/>
        </w:rPr>
        <w:t xml:space="preserve"> (codice POD/PDR </w:t>
      </w:r>
      <w:r>
        <w:rPr>
          <w:b w:val="0"/>
          <w:highlight w:val="yellow"/>
        </w:rPr>
        <w:t>[se presente]</w:t>
      </w:r>
      <w:r>
        <w:rPr>
          <w:b w:val="0"/>
        </w:rPr>
        <w:t>) relativo alla fornitura di energia elettrica e/o gas naturale,</w:t>
      </w:r>
    </w:p>
    <w:p>
      <w:pPr>
        <w:spacing w:after="160"/>
      </w:pPr>
      <w:r>
        <w:rPr>
          <w:b/>
        </w:rPr>
        <w:t>COMUNICA</w:t>
      </w:r>
    </w:p>
    <w:p>
      <w:pPr>
        <w:spacing w:after="160"/>
      </w:pPr>
      <w:r>
        <w:rPr>
          <w:b w:val="0"/>
        </w:rPr>
        <w:t>la propria volontà di recedere dal suddetto contratto, secondo quanto previsto dalle condizioni generali di fornitura e dalla regolazione ARERA, con effetto dalla scadenza del termine di preavviso previsto.</w:t>
      </w:r>
    </w:p>
    <w:p>
      <w:pPr>
        <w:spacing w:after="160"/>
      </w:pPr>
      <w:r>
        <w:rPr>
          <w:b/>
        </w:rPr>
        <w:t>CHIEDE</w:t>
      </w:r>
    </w:p>
    <w:p>
      <w:pPr>
        <w:spacing w:after="160"/>
      </w:pPr>
      <w:r>
        <w:rPr>
          <w:b w:val="0"/>
        </w:rPr>
        <w:t>- la cessazione della fornitura con la disattivazione del punto di fornitura e l'emissione della fattura di chiusura sulla base della lettura finale del contatore.</w:t>
      </w:r>
      <w:r>
        <w:br/>
      </w:r>
      <w:r>
        <w:rPr>
          <w:b w:val="0"/>
        </w:rPr>
        <w:t>- l'interruzione di ogni addebito successivo alla data di efficacia del recesso, comprese eventuali domiciliazioni bancarie o addebiti su carta di credito collegati al contratto;</w:t>
      </w:r>
      <w:r>
        <w:br/>
      </w:r>
      <w:r>
        <w:rPr>
          <w:b w:val="0"/>
        </w:rPr>
        <w:t xml:space="preserve">- conferma scritta della ricezione della presente e della data di cessazione del contratto, all'indirizzo </w:t>
      </w:r>
      <w:r>
        <w:rPr>
          <w:b w:val="0"/>
          <w:highlight w:val="yellow"/>
        </w:rPr>
        <w:t>[La tua e-mail]</w:t>
      </w:r>
      <w:r>
        <w:rPr>
          <w:b w:val="0"/>
        </w:rPr>
        <w:t>.</w:t>
      </w:r>
    </w:p>
    <w:p>
      <w:pPr>
        <w:spacing w:after="160"/>
      </w:pPr>
      <w:r>
        <w:rPr>
          <w:b w:val="0"/>
        </w:rPr>
        <w:t>I dati personali contenuti nella presente sono comunicati al solo fine di dare esecuzione al recesso, ai sensi del Regolamento (UE) 2016/679.</w:t>
      </w:r>
    </w:p>
    <w:p>
      <w:pPr>
        <w:spacing w:after="160"/>
      </w:pPr>
      <w:r>
        <w:rPr>
          <w:b w:val="0"/>
        </w:rPr>
        <w:t>Si allega copia di un documento di identità in corso di validità.</w:t>
      </w:r>
    </w:p>
    <w:p>
      <w:pPr>
        <w:spacing w:after="160"/>
      </w:pPr>
      <w:r>
        <w:rPr>
          <w:b w:val="0"/>
        </w:rPr>
        <w:t>Distinti saluti.</w:t>
      </w:r>
    </w:p>
    <w:p>
      <w:pPr>
        <w:spacing w:after="160"/>
      </w:pPr>
      <w:r>
        <w:rPr>
          <w:b w:val="0"/>
          <w:highlight w:val="yellow"/>
        </w:rPr>
        <w:t>[Nome e cognome]</w:t>
      </w:r>
    </w:p>
    <w:p>
      <w:pPr>
        <w:spacing w:after="160"/>
      </w:pPr>
      <w:r>
        <w:rPr>
          <w:b w:val="0"/>
        </w:rPr>
        <w:t>____________________</w:t>
      </w:r>
      <w:r>
        <w:br/>
      </w:r>
      <w:r>
        <w:rPr>
          <w:b w:val="0"/>
        </w:rPr>
        <w:t>(firma)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it-IT"/>
      </w:rPr>
    </w:rPrDefault>
    <w:pPrDefault>
      <w:pPr>
        <w:spacing w:after="120" w:line="264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disdetta Enegan</dc:title>
  <dc:subject/>
  <dc:creator>disdettaabbonamento.it</dc:creator>
  <cp:keywords/>
  <dc:description>generated by python-docx</dc:description>
  <cp:lastModifiedBy>disdettaabbonamento.it</cp:lastModifiedBy>
  <cp:revision>1</cp:revision>
  <dcterms:created xsi:type="dcterms:W3CDTF">2026-01-01T00:00:00Z</dcterms:created>
  <dcterms:modified xsi:type="dcterms:W3CDTF">2026-01-01T00:00:00Z</dcterms:modified>
  <cp:category/>
</cp:coreProperties>
</file>