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Modulo di disdetta Cofidis Italia</w:t>
      </w:r>
    </w:p>
    <w:p>
      <w:pPr>
        <w:spacing w:after="40"/>
      </w:pPr>
      <w:r>
        <w:rPr>
          <w:i/>
          <w:color w:val="58647A"/>
          <w:sz w:val="19"/>
        </w:rPr>
        <w:t>Come usarlo: sostituisci i campi tra parentesi quadre, firma, allega una copia del documento d'identità e invia via PEC a relazioneclientelacofidis@legalmail.it.</w:t>
      </w:r>
    </w:p>
    <w:p>
      <w:pPr>
        <w:spacing w:after="40"/>
      </w:pPr>
      <w:r>
        <w:rPr>
          <w:i/>
          <w:color w:val="58647A"/>
          <w:sz w:val="19"/>
        </w:rPr>
        <w:t>In alternativa alla PEC: raccomandata A/R a Cofidis S.A., Succursale italiana, Via G. Antonio Amadeo 59, 20134 Milano.</w:t>
      </w:r>
    </w:p>
    <w:p>
      <w:pPr>
        <w:spacing w:after="40"/>
      </w:pPr>
      <w:r>
        <w:rPr>
          <w:i/>
          <w:color w:val="58647A"/>
          <w:sz w:val="19"/>
        </w:rPr>
        <w:t>Preavviso: Linea di credito revolving: recesso libero entro 14 giorni dalla conclusione; dopo, recesso in ogni momento con preavviso di 1 mese (Condizioni generali, art. 13.1). Dopo il recesso la carta o linea non si può più usare, ma il debito residuo si continua a rimborsare con le rate previste, oppure si estingue in anticipo.</w:t>
      </w:r>
    </w:p>
    <w:p>
      <w:pPr>
        <w:spacing w:after="40"/>
      </w:pPr>
      <w:r>
        <w:rPr>
          <w:i/>
          <w:color w:val="58647A"/>
          <w:sz w:val="19"/>
        </w:rPr>
        <w:t>Dati verificati il 8 novembre 2026 su fonte ufficiale. Le condizioni possono cambiare: in caso di dubbio fa fede il tuo contratto.</w:t>
      </w:r>
    </w:p>
    <w:p>
      <w:pPr>
        <w:spacing w:after="40"/>
      </w:pPr>
      <w:r>
        <w:rPr>
          <w:i/>
          <w:color w:val="58647A"/>
          <w:sz w:val="19"/>
        </w:rPr>
        <w:t>Scheda aggiornata e lettera compilabile online: https://disdettaabbonamento.it/disdetta-cofidis-italia/ . Non hai una PEC? Dalla stessa pagina puoi farla inviare a noi.</w:t>
      </w:r>
    </w:p>
    <w:p>
      <w:r>
        <w:t>____________________________________________________________</w:t>
      </w:r>
    </w:p>
    <w:p>
      <w:pPr>
        <w:spacing w:after="160"/>
      </w:pPr>
      <w:r>
        <w:rPr>
          <w:b w:val="0"/>
          <w:highlight w:val="yellow"/>
        </w:rPr>
        <w:t>[Nome e cognome]</w:t>
      </w:r>
      <w:r>
        <w:br/>
      </w:r>
      <w:r>
        <w:rPr>
          <w:b w:val="0"/>
          <w:highlight w:val="yellow"/>
        </w:rPr>
        <w:t>[Indirizzo di residenza]</w:t>
      </w:r>
      <w:r>
        <w:br/>
      </w:r>
      <w:r>
        <w:rPr>
          <w:b w:val="0"/>
        </w:rPr>
        <w:t xml:space="preserve">C.F. </w:t>
      </w:r>
      <w:r>
        <w:rPr>
          <w:b w:val="0"/>
          <w:highlight w:val="yellow"/>
        </w:rPr>
        <w:t>[Codice fiscale]</w:t>
      </w:r>
      <w:r>
        <w:br/>
      </w:r>
      <w:r>
        <w:rPr>
          <w:b w:val="0"/>
          <w:highlight w:val="yellow"/>
        </w:rPr>
        <w:t>[La tua e-mail]</w:t>
      </w:r>
    </w:p>
    <w:p>
      <w:pPr>
        <w:spacing w:after="160"/>
      </w:pPr>
      <w:r>
        <w:rPr>
          <w:b w:val="0"/>
        </w:rPr>
        <w:t>Spett.le Cofidis Italia</w:t>
      </w:r>
      <w:r>
        <w:br/>
      </w:r>
      <w:r>
        <w:rPr>
          <w:b w:val="0"/>
        </w:rPr>
        <w:t>Cofidis S.A., Succursale italiana, Via G. Antonio Amadeo 59, 20134 Milano</w:t>
      </w:r>
      <w:r>
        <w:br/>
      </w:r>
      <w:r>
        <w:rPr>
          <w:b w:val="0"/>
        </w:rPr>
        <w:t>PEC: relazioneclientelacofidis@legalmail.it</w:t>
      </w:r>
    </w:p>
    <w:p>
      <w:pPr>
        <w:spacing w:after="160"/>
      </w:pPr>
      <w:r>
        <w:rPr>
          <w:b w:val="0"/>
          <w:highlight w:val="yellow"/>
        </w:rPr>
        <w:t>[Luogo]</w:t>
      </w:r>
      <w:r>
        <w:rPr>
          <w:b w:val="0"/>
        </w:rPr>
        <w:t xml:space="preserve">, </w:t>
      </w:r>
      <w:r>
        <w:rPr>
          <w:b w:val="0"/>
          <w:highlight w:val="yellow"/>
        </w:rPr>
        <w:t>[Data]</w:t>
      </w:r>
    </w:p>
    <w:p>
      <w:pPr>
        <w:spacing w:after="160"/>
      </w:pPr>
      <w:r>
        <w:rPr>
          <w:b w:val="0"/>
        </w:rPr>
        <w:t>Trasmessa a mezzo posta elettronica certificata (PEC)</w:t>
      </w:r>
    </w:p>
    <w:p>
      <w:pPr>
        <w:spacing w:after="160"/>
      </w:pPr>
      <w:r>
        <w:rPr>
          <w:b/>
        </w:rPr>
        <w:t xml:space="preserve">OGGETTO: recesso dal contratto n. </w:t>
      </w:r>
      <w:r>
        <w:rPr>
          <w:b/>
          <w:highlight w:val="yellow"/>
        </w:rPr>
        <w:t>[Codice cliente / numero di contratto]</w:t>
      </w:r>
      <w:r>
        <w:rPr>
          <w:b/>
        </w:rPr>
        <w:t xml:space="preserve"> (riferimento </w:t>
      </w:r>
      <w:r>
        <w:rPr>
          <w:b/>
          <w:highlight w:val="yellow"/>
        </w:rPr>
        <w:t>[se presente]</w:t>
      </w:r>
      <w:r>
        <w:rPr>
          <w:b/>
        </w:rPr>
        <w:t>)</w:t>
      </w:r>
    </w:p>
    <w:p>
      <w:pPr>
        <w:spacing w:after="160"/>
      </w:pPr>
      <w:r>
        <w:rPr>
          <w:b w:val="0"/>
        </w:rPr>
        <w:t xml:space="preserve">Il/La sottoscritto/a </w:t>
      </w:r>
      <w:r>
        <w:rPr>
          <w:b w:val="0"/>
          <w:highlight w:val="yellow"/>
        </w:rPr>
        <w:t>[Nome e cognome]</w:t>
      </w:r>
      <w:r>
        <w:rPr>
          <w:b w:val="0"/>
        </w:rPr>
        <w:t xml:space="preserve">, codice fiscale </w:t>
      </w:r>
      <w:r>
        <w:rPr>
          <w:b w:val="0"/>
          <w:highlight w:val="yellow"/>
        </w:rPr>
        <w:t>[Codice fiscale]</w:t>
      </w:r>
      <w:r>
        <w:rPr>
          <w:b w:val="0"/>
        </w:rPr>
        <w:t xml:space="preserve">, residente in </w:t>
      </w:r>
      <w:r>
        <w:rPr>
          <w:b w:val="0"/>
          <w:highlight w:val="yellow"/>
        </w:rPr>
        <w:t>[Indirizzo di residenza]</w:t>
      </w:r>
      <w:r>
        <w:rPr>
          <w:b w:val="0"/>
        </w:rPr>
        <w:t xml:space="preserve">, in qualità di intestatario/a del contratto n. </w:t>
      </w:r>
      <w:r>
        <w:rPr>
          <w:b w:val="0"/>
          <w:highlight w:val="yellow"/>
        </w:rPr>
        <w:t>[Codice cliente / numero di contratto]</w:t>
      </w:r>
      <w:r>
        <w:rPr>
          <w:b w:val="0"/>
        </w:rPr>
        <w:t xml:space="preserve"> (riferimento </w:t>
      </w:r>
      <w:r>
        <w:rPr>
          <w:b w:val="0"/>
          <w:highlight w:val="yellow"/>
        </w:rPr>
        <w:t>[se presente]</w:t>
      </w:r>
      <w:r>
        <w:rPr>
          <w:b w:val="0"/>
        </w:rPr>
        <w:t>) relativo al servizio,</w:t>
      </w:r>
    </w:p>
    <w:p>
      <w:pPr>
        <w:spacing w:after="160"/>
      </w:pPr>
      <w:r>
        <w:rPr>
          <w:b/>
        </w:rPr>
        <w:t>COMUNICA</w:t>
      </w:r>
    </w:p>
    <w:p>
      <w:pPr>
        <w:spacing w:after="160"/>
      </w:pPr>
      <w:r>
        <w:rPr>
          <w:b w:val="0"/>
        </w:rPr>
        <w:t>la propria volontà di recedere dal suddetto contratto, nel rispetto delle condizioni generali del contratto, con effetto dalla scadenza del termine di preavviso previsto.</w:t>
      </w:r>
    </w:p>
    <w:p>
      <w:pPr>
        <w:spacing w:after="160"/>
      </w:pPr>
      <w:r>
        <w:rPr>
          <w:b/>
        </w:rPr>
        <w:t>CHIEDE</w:t>
      </w:r>
    </w:p>
    <w:p>
      <w:pPr>
        <w:spacing w:after="160"/>
      </w:pPr>
      <w:r>
        <w:rPr>
          <w:b w:val="0"/>
        </w:rPr>
        <w:t>- la cessazione del servizio;</w:t>
      </w:r>
      <w:r>
        <w:br/>
      </w:r>
      <w:r>
        <w:rPr>
          <w:b w:val="0"/>
        </w:rPr>
        <w:t>- l'interruzione di ogni addebito successivo alla data di efficacia del recesso, comprese eventuali domiciliazioni bancarie o addebiti su carta di credito collegati al contratto;</w:t>
      </w:r>
      <w:r>
        <w:br/>
      </w:r>
      <w:r>
        <w:rPr>
          <w:b w:val="0"/>
        </w:rPr>
        <w:t xml:space="preserve">- conferma scritta della ricezione della presente e della data di cessazione del contratto, all'indirizzo </w:t>
      </w:r>
      <w:r>
        <w:rPr>
          <w:b w:val="0"/>
          <w:highlight w:val="yellow"/>
        </w:rPr>
        <w:t>[La tua e-mail]</w:t>
      </w:r>
      <w:r>
        <w:rPr>
          <w:b w:val="0"/>
        </w:rPr>
        <w:t>.</w:t>
      </w:r>
    </w:p>
    <w:p>
      <w:pPr>
        <w:spacing w:after="160"/>
      </w:pPr>
      <w:r>
        <w:rPr>
          <w:b w:val="0"/>
        </w:rPr>
        <w:t>I dati personali contenuti nella presente sono comunicati al solo fine di dare esecuzione al recesso, ai sensi del Regolamento (UE) 2016/679.</w:t>
      </w:r>
    </w:p>
    <w:p>
      <w:pPr>
        <w:spacing w:after="160"/>
      </w:pPr>
      <w:r>
        <w:rPr>
          <w:b w:val="0"/>
        </w:rPr>
        <w:t>Si allega copia di un documento di identità in corso di validità.</w:t>
      </w:r>
    </w:p>
    <w:p>
      <w:pPr>
        <w:spacing w:after="160"/>
      </w:pPr>
      <w:r>
        <w:rPr>
          <w:b w:val="0"/>
        </w:rPr>
        <w:t>Distinti saluti.</w:t>
      </w:r>
    </w:p>
    <w:p>
      <w:pPr>
        <w:spacing w:after="160"/>
      </w:pPr>
      <w:r>
        <w:rPr>
          <w:b w:val="0"/>
          <w:highlight w:val="yellow"/>
        </w:rPr>
        <w:t>[Nome e cognome]</w:t>
      </w:r>
    </w:p>
    <w:p>
      <w:pPr>
        <w:spacing w:after="160"/>
      </w:pPr>
      <w:r>
        <w:rPr>
          <w:b w:val="0"/>
        </w:rPr>
        <w:t>____________________</w:t>
      </w:r>
      <w:r>
        <w:br/>
      </w:r>
      <w:r>
        <w:rPr>
          <w:b w:val="0"/>
        </w:rPr>
        <w:t>(firma)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it-IT"/>
      </w:rPr>
    </w:rPrDefault>
    <w:pPrDefault>
      <w:pPr>
        <w:spacing w:after="120" w:line="264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disdetta Cofidis Italia</dc:title>
  <dc:subject/>
  <dc:creator>disdettaabbonamento.it</dc:creator>
  <cp:keywords/>
  <dc:description>generated by python-docx</dc:description>
  <cp:lastModifiedBy>disdettaabbonamento.it</cp:lastModifiedBy>
  <cp:revision>1</cp:revision>
  <dcterms:created xsi:type="dcterms:W3CDTF">2026-01-01T00:00:00Z</dcterms:created>
  <dcterms:modified xsi:type="dcterms:W3CDTF">2026-01-01T00:00:00Z</dcterms:modified>
  <cp:category/>
</cp:coreProperties>
</file>